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05"/>
        <w:gridCol w:w="2079"/>
        <w:gridCol w:w="2116"/>
        <w:gridCol w:w="3428"/>
      </w:tblGrid>
      <w:tr w:rsidR="00D17971" w14:paraId="7EB4DD1D" w14:textId="77777777" w:rsidTr="00660B8E">
        <w:trPr>
          <w:trHeight w:val="1522"/>
          <w:jc w:val="center"/>
        </w:trPr>
        <w:tc>
          <w:tcPr>
            <w:tcW w:w="9728" w:type="dxa"/>
            <w:gridSpan w:val="4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D9EAF7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282D72" w14:textId="77777777" w:rsidR="00D17971" w:rsidRDefault="009B467E">
            <w:pPr>
              <w:spacing w:after="0" w:line="240" w:lineRule="auto"/>
              <w:jc w:val="center"/>
            </w:pPr>
            <w:r>
              <w:rPr>
                <w:b/>
                <w:color w:val="1F4E79"/>
                <w:sz w:val="26"/>
              </w:rPr>
              <w:t>DEFENCE INSTITUTE OF ADVANCED TECHNOLOGY (DU), PUNE</w:t>
            </w:r>
          </w:p>
          <w:p w14:paraId="696462B3" w14:textId="1049FD87" w:rsidR="00D17971" w:rsidRDefault="009B467E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>Mechanical Engineering Department and Metallurgical &amp; Materials Engineering Department</w:t>
            </w:r>
          </w:p>
          <w:p w14:paraId="4B2B69A2" w14:textId="56E42B33" w:rsidR="00D17971" w:rsidRDefault="00A12214">
            <w:pPr>
              <w:spacing w:after="0" w:line="240" w:lineRule="auto"/>
              <w:jc w:val="center"/>
            </w:pPr>
            <w:r>
              <w:rPr>
                <w:b/>
                <w:noProof/>
                <w:sz w:val="18"/>
              </w:rPr>
              <w:drawing>
                <wp:anchor distT="0" distB="0" distL="114300" distR="114300" simplePos="0" relativeHeight="251656192" behindDoc="0" locked="0" layoutInCell="1" allowOverlap="1" wp14:anchorId="74254E70" wp14:editId="46C4FB56">
                  <wp:simplePos x="0" y="0"/>
                  <wp:positionH relativeFrom="column">
                    <wp:posOffset>497955</wp:posOffset>
                  </wp:positionH>
                  <wp:positionV relativeFrom="paragraph">
                    <wp:posOffset>41275</wp:posOffset>
                  </wp:positionV>
                  <wp:extent cx="509848" cy="506100"/>
                  <wp:effectExtent l="0" t="0" r="5080" b="825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848" cy="50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color w:val="FF0000"/>
                <w:sz w:val="32"/>
                <w:szCs w:val="36"/>
              </w:rPr>
              <w:drawing>
                <wp:anchor distT="0" distB="0" distL="114300" distR="114300" simplePos="0" relativeHeight="251664384" behindDoc="0" locked="0" layoutInCell="1" allowOverlap="1" wp14:anchorId="4D6F5CA2" wp14:editId="5FACC4A1">
                  <wp:simplePos x="0" y="0"/>
                  <wp:positionH relativeFrom="column">
                    <wp:posOffset>5092065</wp:posOffset>
                  </wp:positionH>
                  <wp:positionV relativeFrom="paragraph">
                    <wp:posOffset>63327</wp:posOffset>
                  </wp:positionV>
                  <wp:extent cx="466862" cy="477218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862" cy="4772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B467E">
              <w:rPr>
                <w:b/>
                <w:sz w:val="18"/>
              </w:rPr>
              <w:t>In association with Adhesion Society of India (ASI)</w:t>
            </w:r>
          </w:p>
          <w:p w14:paraId="5B804850" w14:textId="41FEBD9F" w:rsidR="00D17971" w:rsidRPr="00F31445" w:rsidRDefault="009B467E">
            <w:pPr>
              <w:spacing w:after="0" w:line="240" w:lineRule="auto"/>
              <w:jc w:val="center"/>
              <w:rPr>
                <w:sz w:val="16"/>
                <w:szCs w:val="18"/>
              </w:rPr>
            </w:pPr>
            <w:r w:rsidRPr="00F31445">
              <w:rPr>
                <w:b/>
                <w:color w:val="C00000"/>
                <w:sz w:val="24"/>
                <w:szCs w:val="18"/>
              </w:rPr>
              <w:t>REGISTRATION FORM</w:t>
            </w:r>
          </w:p>
          <w:p w14:paraId="63630472" w14:textId="4F37AE72" w:rsidR="00D17971" w:rsidRPr="00F31445" w:rsidRDefault="009B467E">
            <w:pPr>
              <w:spacing w:after="0" w:line="240" w:lineRule="auto"/>
              <w:jc w:val="center"/>
              <w:rPr>
                <w:color w:val="FF0000"/>
                <w:sz w:val="28"/>
                <w:szCs w:val="36"/>
              </w:rPr>
            </w:pPr>
            <w:r w:rsidRPr="00F31445">
              <w:rPr>
                <w:b/>
                <w:color w:val="FF0000"/>
                <w:sz w:val="32"/>
                <w:szCs w:val="36"/>
              </w:rPr>
              <w:t>Symposium on</w:t>
            </w:r>
          </w:p>
          <w:p w14:paraId="68AE6C04" w14:textId="77777777" w:rsidR="00D17971" w:rsidRPr="00F31445" w:rsidRDefault="009B467E">
            <w:pPr>
              <w:spacing w:after="0" w:line="240" w:lineRule="auto"/>
              <w:jc w:val="center"/>
              <w:rPr>
                <w:i/>
                <w:iCs/>
                <w:color w:val="7030A0"/>
                <w:sz w:val="24"/>
                <w:szCs w:val="32"/>
              </w:rPr>
            </w:pPr>
            <w:r w:rsidRPr="00F31445">
              <w:rPr>
                <w:b/>
                <w:i/>
                <w:iCs/>
                <w:color w:val="7030A0"/>
                <w:sz w:val="36"/>
                <w:szCs w:val="32"/>
              </w:rPr>
              <w:t xml:space="preserve">Futuristic Adhesive Materials for </w:t>
            </w:r>
            <w:proofErr w:type="spellStart"/>
            <w:r w:rsidRPr="00F31445">
              <w:rPr>
                <w:b/>
                <w:i/>
                <w:iCs/>
                <w:color w:val="7030A0"/>
                <w:sz w:val="36"/>
                <w:szCs w:val="32"/>
              </w:rPr>
              <w:t>Defence</w:t>
            </w:r>
            <w:proofErr w:type="spellEnd"/>
            <w:r w:rsidRPr="00F31445">
              <w:rPr>
                <w:b/>
                <w:i/>
                <w:iCs/>
                <w:color w:val="7030A0"/>
                <w:sz w:val="36"/>
                <w:szCs w:val="32"/>
              </w:rPr>
              <w:t xml:space="preserve"> Applications</w:t>
            </w:r>
          </w:p>
          <w:p w14:paraId="0672D728" w14:textId="77777777" w:rsidR="00D17971" w:rsidRDefault="009B467E">
            <w:pPr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17-18 December 2026 | DIAT (DU), </w:t>
            </w:r>
            <w:proofErr w:type="spellStart"/>
            <w:r>
              <w:rPr>
                <w:b/>
                <w:sz w:val="18"/>
              </w:rPr>
              <w:t>Girinagar</w:t>
            </w:r>
            <w:proofErr w:type="spellEnd"/>
            <w:r>
              <w:rPr>
                <w:b/>
                <w:sz w:val="18"/>
              </w:rPr>
              <w:t>, Pune-411025</w:t>
            </w:r>
          </w:p>
        </w:tc>
      </w:tr>
      <w:tr w:rsidR="00D17971" w14:paraId="6CD7DB80" w14:textId="77777777" w:rsidTr="00660B8E">
        <w:trPr>
          <w:trHeight w:val="190"/>
          <w:jc w:val="center"/>
        </w:trPr>
        <w:tc>
          <w:tcPr>
            <w:tcW w:w="9728" w:type="dxa"/>
            <w:gridSpan w:val="4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03018855" w14:textId="77777777" w:rsidR="00D17971" w:rsidRDefault="009B467E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A. PARTICIPANT DETAILS</w:t>
            </w:r>
          </w:p>
        </w:tc>
      </w:tr>
      <w:tr w:rsidR="00D17971" w14:paraId="3C670E10" w14:textId="77777777" w:rsidTr="00660B8E">
        <w:trPr>
          <w:trHeight w:val="405"/>
          <w:jc w:val="center"/>
        </w:trPr>
        <w:tc>
          <w:tcPr>
            <w:tcW w:w="418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300CA74D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Full Name</w:t>
            </w:r>
          </w:p>
        </w:tc>
        <w:tc>
          <w:tcPr>
            <w:tcW w:w="554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707B11CE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1F6F910E" w14:textId="77777777" w:rsidTr="00660B8E">
        <w:trPr>
          <w:trHeight w:val="405"/>
          <w:jc w:val="center"/>
        </w:trPr>
        <w:tc>
          <w:tcPr>
            <w:tcW w:w="418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589349F6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Designation</w:t>
            </w:r>
          </w:p>
        </w:tc>
        <w:tc>
          <w:tcPr>
            <w:tcW w:w="554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25894D84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10DA1F35" w14:textId="77777777" w:rsidTr="00660B8E">
        <w:trPr>
          <w:trHeight w:val="405"/>
          <w:jc w:val="center"/>
        </w:trPr>
        <w:tc>
          <w:tcPr>
            <w:tcW w:w="418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161C803C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Department / Discipline</w:t>
            </w:r>
          </w:p>
        </w:tc>
        <w:tc>
          <w:tcPr>
            <w:tcW w:w="554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5E702F79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1A6B81FE" w14:textId="77777777" w:rsidTr="00660B8E">
        <w:trPr>
          <w:trHeight w:val="405"/>
          <w:jc w:val="center"/>
        </w:trPr>
        <w:tc>
          <w:tcPr>
            <w:tcW w:w="418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1AEBFD76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Institution / Organization</w:t>
            </w:r>
          </w:p>
        </w:tc>
        <w:tc>
          <w:tcPr>
            <w:tcW w:w="554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6A675D19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07E09BFF" w14:textId="77777777" w:rsidTr="00660B8E">
        <w:trPr>
          <w:trHeight w:val="743"/>
          <w:jc w:val="center"/>
        </w:trPr>
        <w:tc>
          <w:tcPr>
            <w:tcW w:w="418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2966B50E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Postal Address</w:t>
            </w:r>
          </w:p>
        </w:tc>
        <w:tc>
          <w:tcPr>
            <w:tcW w:w="554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643CB45F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362C9A67" w14:textId="77777777" w:rsidTr="00660B8E">
        <w:trPr>
          <w:trHeight w:val="405"/>
          <w:jc w:val="center"/>
        </w:trPr>
        <w:tc>
          <w:tcPr>
            <w:tcW w:w="418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4ECD464D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City / State / PIN</w:t>
            </w:r>
          </w:p>
        </w:tc>
        <w:tc>
          <w:tcPr>
            <w:tcW w:w="554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340EC872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7C4F2062" w14:textId="77777777" w:rsidTr="00660B8E">
        <w:trPr>
          <w:trHeight w:val="405"/>
          <w:jc w:val="center"/>
        </w:trPr>
        <w:tc>
          <w:tcPr>
            <w:tcW w:w="418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682C24DA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Mobile No.</w:t>
            </w:r>
          </w:p>
        </w:tc>
        <w:tc>
          <w:tcPr>
            <w:tcW w:w="554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008EAB52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44FCB00A" w14:textId="77777777" w:rsidTr="00660B8E">
        <w:trPr>
          <w:trHeight w:val="405"/>
          <w:jc w:val="center"/>
        </w:trPr>
        <w:tc>
          <w:tcPr>
            <w:tcW w:w="418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029A4744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WhatsApp No.</w:t>
            </w:r>
          </w:p>
        </w:tc>
        <w:tc>
          <w:tcPr>
            <w:tcW w:w="554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73ACBDDD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17671FE7" w14:textId="77777777" w:rsidTr="00660B8E">
        <w:trPr>
          <w:trHeight w:val="405"/>
          <w:jc w:val="center"/>
        </w:trPr>
        <w:tc>
          <w:tcPr>
            <w:tcW w:w="418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2CFA37A4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Email ID</w:t>
            </w:r>
          </w:p>
        </w:tc>
        <w:tc>
          <w:tcPr>
            <w:tcW w:w="5544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16355769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2651BFAA" w14:textId="77777777" w:rsidTr="00660B8E">
        <w:trPr>
          <w:trHeight w:val="190"/>
          <w:jc w:val="center"/>
        </w:trPr>
        <w:tc>
          <w:tcPr>
            <w:tcW w:w="9728" w:type="dxa"/>
            <w:gridSpan w:val="4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A3FA2B4" w14:textId="77777777" w:rsidR="00D17971" w:rsidRDefault="009B467E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B. REGISTRATION CATEGORY AND FEE DETAILS</w:t>
            </w:r>
          </w:p>
        </w:tc>
      </w:tr>
      <w:tr w:rsidR="00D17971" w14:paraId="1D8EF39D" w14:textId="77777777" w:rsidTr="00660B8E">
        <w:trPr>
          <w:trHeight w:val="177"/>
          <w:jc w:val="center"/>
        </w:trPr>
        <w:tc>
          <w:tcPr>
            <w:tcW w:w="210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1F4E7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32A24B" w14:textId="77777777" w:rsidR="00D17971" w:rsidRDefault="009B467E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Select</w:t>
            </w:r>
          </w:p>
        </w:tc>
        <w:tc>
          <w:tcPr>
            <w:tcW w:w="207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1F4E7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88E04E" w14:textId="77777777" w:rsidR="00D17971" w:rsidRDefault="009B467E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w="211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1F4E7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11C7A3" w14:textId="77777777" w:rsidR="00D17971" w:rsidRDefault="009B467E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Registration Fee</w:t>
            </w:r>
          </w:p>
        </w:tc>
        <w:tc>
          <w:tcPr>
            <w:tcW w:w="34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1F4E7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246DA3" w14:textId="77777777" w:rsidR="00D17971" w:rsidRDefault="009B467E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Remarks</w:t>
            </w:r>
          </w:p>
        </w:tc>
      </w:tr>
      <w:tr w:rsidR="00D17971" w14:paraId="4EF1E08C" w14:textId="77777777" w:rsidTr="00660B8E">
        <w:trPr>
          <w:trHeight w:val="371"/>
          <w:jc w:val="center"/>
        </w:trPr>
        <w:tc>
          <w:tcPr>
            <w:tcW w:w="210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0248902" w14:textId="77777777" w:rsidR="00D17971" w:rsidRDefault="009B467E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207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A8C354" w14:textId="77777777" w:rsidR="00D17971" w:rsidRDefault="009B467E">
            <w:pPr>
              <w:spacing w:after="0" w:line="240" w:lineRule="auto"/>
            </w:pPr>
            <w:r>
              <w:rPr>
                <w:sz w:val="17"/>
              </w:rPr>
              <w:t>Student / Research Scholar</w:t>
            </w:r>
          </w:p>
        </w:tc>
        <w:tc>
          <w:tcPr>
            <w:tcW w:w="211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5A50CC" w14:textId="77777777" w:rsidR="00D17971" w:rsidRDefault="009B467E">
            <w:pPr>
              <w:spacing w:after="0" w:line="240" w:lineRule="auto"/>
              <w:jc w:val="center"/>
            </w:pPr>
            <w:r>
              <w:rPr>
                <w:sz w:val="17"/>
              </w:rPr>
              <w:t>Rs. 2,360/-</w:t>
            </w:r>
          </w:p>
        </w:tc>
        <w:tc>
          <w:tcPr>
            <w:tcW w:w="34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DA6F6F" w14:textId="77777777" w:rsidR="00D17971" w:rsidRDefault="009B467E">
            <w:pPr>
              <w:spacing w:after="0" w:line="240" w:lineRule="auto"/>
            </w:pPr>
            <w:r>
              <w:rPr>
                <w:sz w:val="17"/>
              </w:rPr>
              <w:t>Inclusive of 18% GST</w:t>
            </w:r>
          </w:p>
        </w:tc>
      </w:tr>
      <w:tr w:rsidR="00D17971" w14:paraId="1C943942" w14:textId="77777777" w:rsidTr="00660B8E">
        <w:trPr>
          <w:trHeight w:val="371"/>
          <w:jc w:val="center"/>
        </w:trPr>
        <w:tc>
          <w:tcPr>
            <w:tcW w:w="210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4031ED" w14:textId="77777777" w:rsidR="00D17971" w:rsidRDefault="009B467E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207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C82D7C" w14:textId="77777777" w:rsidR="00D17971" w:rsidRDefault="009B467E">
            <w:pPr>
              <w:spacing w:after="0" w:line="240" w:lineRule="auto"/>
            </w:pPr>
            <w:r>
              <w:rPr>
                <w:sz w:val="17"/>
              </w:rPr>
              <w:t>Faculty / Scientist</w:t>
            </w:r>
          </w:p>
        </w:tc>
        <w:tc>
          <w:tcPr>
            <w:tcW w:w="211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85C675" w14:textId="77777777" w:rsidR="00D17971" w:rsidRDefault="009B467E">
            <w:pPr>
              <w:spacing w:after="0" w:line="240" w:lineRule="auto"/>
              <w:jc w:val="center"/>
            </w:pPr>
            <w:r>
              <w:rPr>
                <w:sz w:val="17"/>
              </w:rPr>
              <w:t>Rs. 4,720/-</w:t>
            </w:r>
          </w:p>
        </w:tc>
        <w:tc>
          <w:tcPr>
            <w:tcW w:w="34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1B8398" w14:textId="77777777" w:rsidR="00D17971" w:rsidRDefault="009B467E">
            <w:pPr>
              <w:spacing w:after="0" w:line="240" w:lineRule="auto"/>
            </w:pPr>
            <w:r>
              <w:rPr>
                <w:sz w:val="17"/>
              </w:rPr>
              <w:t>Inclusive of 18% GST</w:t>
            </w:r>
          </w:p>
        </w:tc>
      </w:tr>
      <w:tr w:rsidR="00D17971" w14:paraId="099B774A" w14:textId="77777777" w:rsidTr="00660B8E">
        <w:trPr>
          <w:trHeight w:val="371"/>
          <w:jc w:val="center"/>
        </w:trPr>
        <w:tc>
          <w:tcPr>
            <w:tcW w:w="210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65670C" w14:textId="77777777" w:rsidR="00D17971" w:rsidRDefault="009B467E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207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62F41E7" w14:textId="77777777" w:rsidR="00D17971" w:rsidRDefault="009B467E">
            <w:pPr>
              <w:spacing w:after="0" w:line="240" w:lineRule="auto"/>
            </w:pPr>
            <w:r>
              <w:rPr>
                <w:sz w:val="17"/>
              </w:rPr>
              <w:t>Industry Participant</w:t>
            </w:r>
          </w:p>
        </w:tc>
        <w:tc>
          <w:tcPr>
            <w:tcW w:w="211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000F36" w14:textId="77777777" w:rsidR="00D17971" w:rsidRDefault="009B467E">
            <w:pPr>
              <w:spacing w:after="0" w:line="240" w:lineRule="auto"/>
              <w:jc w:val="center"/>
            </w:pPr>
            <w:r>
              <w:rPr>
                <w:sz w:val="17"/>
              </w:rPr>
              <w:t>Rs. 5,900/-</w:t>
            </w:r>
          </w:p>
        </w:tc>
        <w:tc>
          <w:tcPr>
            <w:tcW w:w="34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5471B7" w14:textId="77777777" w:rsidR="00D17971" w:rsidRDefault="009B467E">
            <w:pPr>
              <w:spacing w:after="0" w:line="240" w:lineRule="auto"/>
            </w:pPr>
            <w:r>
              <w:rPr>
                <w:sz w:val="17"/>
              </w:rPr>
              <w:t>Inclusive of 18% GST</w:t>
            </w:r>
          </w:p>
        </w:tc>
      </w:tr>
      <w:tr w:rsidR="00D17971" w14:paraId="0D729A62" w14:textId="77777777" w:rsidTr="00660B8E">
        <w:trPr>
          <w:trHeight w:val="371"/>
          <w:jc w:val="center"/>
        </w:trPr>
        <w:tc>
          <w:tcPr>
            <w:tcW w:w="210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C3C0476" w14:textId="77777777" w:rsidR="00D17971" w:rsidRDefault="009B467E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2079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83EDA6" w14:textId="77777777" w:rsidR="00D17971" w:rsidRDefault="009B467E">
            <w:pPr>
              <w:spacing w:after="0" w:line="240" w:lineRule="auto"/>
            </w:pPr>
            <w:r>
              <w:rPr>
                <w:sz w:val="17"/>
              </w:rPr>
              <w:t>DIAT Participant</w:t>
            </w:r>
          </w:p>
        </w:tc>
        <w:tc>
          <w:tcPr>
            <w:tcW w:w="2116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40B76D" w14:textId="77777777" w:rsidR="00D17971" w:rsidRDefault="009B467E">
            <w:pPr>
              <w:spacing w:after="0" w:line="240" w:lineRule="auto"/>
              <w:jc w:val="center"/>
            </w:pPr>
            <w:r>
              <w:rPr>
                <w:sz w:val="17"/>
              </w:rPr>
              <w:t>As applicable</w:t>
            </w:r>
          </w:p>
        </w:tc>
        <w:tc>
          <w:tcPr>
            <w:tcW w:w="3428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AC973F7" w14:textId="77777777" w:rsidR="00D17971" w:rsidRDefault="009B467E">
            <w:pPr>
              <w:spacing w:after="0" w:line="240" w:lineRule="auto"/>
            </w:pPr>
            <w:r>
              <w:rPr>
                <w:sz w:val="17"/>
              </w:rPr>
              <w:t>GST not applicable for DIAT participants</w:t>
            </w:r>
          </w:p>
        </w:tc>
      </w:tr>
    </w:tbl>
    <w:p w14:paraId="147B9AA3" w14:textId="55C601C8" w:rsidR="00B13CA5" w:rsidRDefault="009B467E" w:rsidP="00F713D2">
      <w:pPr>
        <w:spacing w:before="20" w:after="20" w:line="240" w:lineRule="auto"/>
        <w:ind w:left="630"/>
        <w:rPr>
          <w:i/>
          <w:sz w:val="16"/>
        </w:rPr>
      </w:pPr>
      <w:r>
        <w:rPr>
          <w:i/>
          <w:sz w:val="16"/>
        </w:rPr>
        <w:t xml:space="preserve">Note: </w:t>
      </w:r>
      <w:r w:rsidR="00B13CA5">
        <w:rPr>
          <w:i/>
          <w:sz w:val="16"/>
        </w:rPr>
        <w:t xml:space="preserve">1. </w:t>
      </w:r>
      <w:r w:rsidR="00B13CA5" w:rsidRPr="00B13CA5">
        <w:rPr>
          <w:i/>
          <w:sz w:val="16"/>
        </w:rPr>
        <w:t>Discount of Rs.1000/- is applicable for ASI Members.</w:t>
      </w:r>
    </w:p>
    <w:p w14:paraId="009963CE" w14:textId="6828C475" w:rsidR="00D17971" w:rsidRDefault="00B13CA5" w:rsidP="00F713D2">
      <w:pPr>
        <w:spacing w:before="20" w:after="20" w:line="240" w:lineRule="auto"/>
        <w:ind w:left="630"/>
      </w:pPr>
      <w:r>
        <w:rPr>
          <w:i/>
          <w:sz w:val="16"/>
        </w:rPr>
        <w:t xml:space="preserve">         2. </w:t>
      </w:r>
      <w:r w:rsidR="009B467E">
        <w:rPr>
          <w:i/>
          <w:sz w:val="16"/>
        </w:rPr>
        <w:t>Registration fee includes registration kit, refreshments, lunch and symposium dinner, as per the symposium brochure.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25"/>
        <w:gridCol w:w="6834"/>
      </w:tblGrid>
      <w:tr w:rsidR="00D17971" w14:paraId="05006519" w14:textId="77777777" w:rsidTr="00660B8E">
        <w:trPr>
          <w:trHeight w:val="23"/>
          <w:jc w:val="center"/>
        </w:trPr>
        <w:tc>
          <w:tcPr>
            <w:tcW w:w="9759" w:type="dxa"/>
            <w:gridSpan w:val="2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7968887" w14:textId="77777777" w:rsidR="00D17971" w:rsidRDefault="009B467E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C. PARTICIPATION AND PRESENTATION DETAILS</w:t>
            </w:r>
          </w:p>
        </w:tc>
      </w:tr>
      <w:tr w:rsidR="00D17971" w14:paraId="3C686182" w14:textId="77777777" w:rsidTr="00660B8E">
        <w:trPr>
          <w:trHeight w:val="56"/>
          <w:jc w:val="center"/>
        </w:trPr>
        <w:tc>
          <w:tcPr>
            <w:tcW w:w="292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27030C9F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Abstract Submitted</w:t>
            </w:r>
          </w:p>
        </w:tc>
        <w:tc>
          <w:tcPr>
            <w:tcW w:w="683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3B07FC57" w14:textId="77777777" w:rsidR="00D17971" w:rsidRDefault="009B467E">
            <w:pPr>
              <w:spacing w:after="0" w:line="240" w:lineRule="auto"/>
            </w:pPr>
            <w:proofErr w:type="gramStart"/>
            <w:r>
              <w:rPr>
                <w:sz w:val="18"/>
              </w:rPr>
              <w:t>[  ]</w:t>
            </w:r>
            <w:proofErr w:type="gramEnd"/>
            <w:r>
              <w:rPr>
                <w:sz w:val="18"/>
              </w:rPr>
              <w:t xml:space="preserve"> Yes     [  ] No        Abstract ID / Reference No.:</w:t>
            </w:r>
          </w:p>
        </w:tc>
      </w:tr>
      <w:tr w:rsidR="00D17971" w14:paraId="68CC331C" w14:textId="77777777" w:rsidTr="00660B8E">
        <w:trPr>
          <w:trHeight w:val="93"/>
          <w:jc w:val="center"/>
        </w:trPr>
        <w:tc>
          <w:tcPr>
            <w:tcW w:w="292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0B719225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Title of Abstract / Paper</w:t>
            </w:r>
          </w:p>
        </w:tc>
        <w:tc>
          <w:tcPr>
            <w:tcW w:w="683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1F0047B8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3DB8EDA6" w14:textId="77777777" w:rsidTr="00660B8E">
        <w:trPr>
          <w:trHeight w:val="56"/>
          <w:jc w:val="center"/>
        </w:trPr>
        <w:tc>
          <w:tcPr>
            <w:tcW w:w="292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7CD1AE22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Thematic Area</w:t>
            </w:r>
          </w:p>
        </w:tc>
        <w:tc>
          <w:tcPr>
            <w:tcW w:w="683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13123CF3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62FBDEFD" w14:textId="77777777" w:rsidTr="00660B8E">
        <w:trPr>
          <w:trHeight w:val="56"/>
          <w:jc w:val="center"/>
        </w:trPr>
        <w:tc>
          <w:tcPr>
            <w:tcW w:w="292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7A81DC0F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Co-author(s), if any</w:t>
            </w:r>
          </w:p>
        </w:tc>
        <w:tc>
          <w:tcPr>
            <w:tcW w:w="683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62E414B9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31970467" w14:textId="77777777" w:rsidTr="00660B8E">
        <w:trPr>
          <w:trHeight w:val="56"/>
          <w:jc w:val="center"/>
        </w:trPr>
        <w:tc>
          <w:tcPr>
            <w:tcW w:w="292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73A66B52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Certificate Required</w:t>
            </w:r>
          </w:p>
        </w:tc>
        <w:tc>
          <w:tcPr>
            <w:tcW w:w="6834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527019B5" w14:textId="77777777" w:rsidR="00D17971" w:rsidRDefault="009B467E">
            <w:pPr>
              <w:spacing w:after="0" w:line="240" w:lineRule="auto"/>
            </w:pPr>
            <w:proofErr w:type="gramStart"/>
            <w:r>
              <w:rPr>
                <w:sz w:val="18"/>
              </w:rPr>
              <w:t>[  ]</w:t>
            </w:r>
            <w:proofErr w:type="gramEnd"/>
            <w:r>
              <w:rPr>
                <w:sz w:val="18"/>
              </w:rPr>
              <w:t xml:space="preserve"> Participation certificate     [  ] Presentation certificate</w:t>
            </w:r>
          </w:p>
        </w:tc>
      </w:tr>
    </w:tbl>
    <w:p w14:paraId="0990C07C" w14:textId="77777777" w:rsidR="00D17971" w:rsidRDefault="009B467E">
      <w: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7017"/>
      </w:tblGrid>
      <w:tr w:rsidR="00D17971" w14:paraId="3844A8FE" w14:textId="77777777" w:rsidTr="00660B8E">
        <w:trPr>
          <w:trHeight w:val="177"/>
          <w:jc w:val="center"/>
        </w:trPr>
        <w:tc>
          <w:tcPr>
            <w:tcW w:w="9892" w:type="dxa"/>
            <w:gridSpan w:val="2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134F917" w14:textId="77777777" w:rsidR="00D17971" w:rsidRDefault="009B467E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lastRenderedPageBreak/>
              <w:t>D. PAYMENT / TRANSACTION DETAILS</w:t>
            </w:r>
          </w:p>
        </w:tc>
      </w:tr>
      <w:tr w:rsidR="00D17971" w14:paraId="1160E016" w14:textId="77777777" w:rsidTr="00660B8E">
        <w:trPr>
          <w:trHeight w:val="442"/>
          <w:jc w:val="center"/>
        </w:trPr>
        <w:tc>
          <w:tcPr>
            <w:tcW w:w="287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3D13F69C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Mode of Payment</w:t>
            </w:r>
          </w:p>
        </w:tc>
        <w:tc>
          <w:tcPr>
            <w:tcW w:w="701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41E88C73" w14:textId="77777777" w:rsidR="00D17971" w:rsidRDefault="009B467E">
            <w:pPr>
              <w:spacing w:after="0" w:line="240" w:lineRule="auto"/>
            </w:pPr>
            <w:proofErr w:type="gramStart"/>
            <w:r>
              <w:rPr>
                <w:sz w:val="18"/>
              </w:rPr>
              <w:t>[  ]</w:t>
            </w:r>
            <w:proofErr w:type="gramEnd"/>
            <w:r>
              <w:rPr>
                <w:sz w:val="18"/>
              </w:rPr>
              <w:t xml:space="preserve"> UPI / QR payment     [  ] Bank transfer     [  ] Other:</w:t>
            </w:r>
          </w:p>
        </w:tc>
      </w:tr>
      <w:tr w:rsidR="00D17971" w14:paraId="734E143C" w14:textId="77777777" w:rsidTr="00660B8E">
        <w:trPr>
          <w:trHeight w:val="442"/>
          <w:jc w:val="center"/>
        </w:trPr>
        <w:tc>
          <w:tcPr>
            <w:tcW w:w="287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4C816A55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Amount Paid</w:t>
            </w:r>
          </w:p>
        </w:tc>
        <w:tc>
          <w:tcPr>
            <w:tcW w:w="701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1BD91D84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>Rs.</w:t>
            </w:r>
          </w:p>
        </w:tc>
      </w:tr>
      <w:tr w:rsidR="00D17971" w14:paraId="10BC3C68" w14:textId="77777777" w:rsidTr="00660B8E">
        <w:trPr>
          <w:trHeight w:val="442"/>
          <w:jc w:val="center"/>
        </w:trPr>
        <w:tc>
          <w:tcPr>
            <w:tcW w:w="287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156B4659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Transaction / UTR No.</w:t>
            </w:r>
          </w:p>
        </w:tc>
        <w:tc>
          <w:tcPr>
            <w:tcW w:w="701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4F76843F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3FEC0EF3" w14:textId="77777777" w:rsidTr="00660B8E">
        <w:trPr>
          <w:trHeight w:val="442"/>
          <w:jc w:val="center"/>
        </w:trPr>
        <w:tc>
          <w:tcPr>
            <w:tcW w:w="287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20661B41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Date of Payment</w:t>
            </w:r>
          </w:p>
        </w:tc>
        <w:tc>
          <w:tcPr>
            <w:tcW w:w="701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08304C4E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284B03A0" w14:textId="77777777" w:rsidTr="00660B8E">
        <w:trPr>
          <w:trHeight w:val="442"/>
          <w:jc w:val="center"/>
        </w:trPr>
        <w:tc>
          <w:tcPr>
            <w:tcW w:w="287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5E06461C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Name of Account Holder</w:t>
            </w:r>
          </w:p>
        </w:tc>
        <w:tc>
          <w:tcPr>
            <w:tcW w:w="701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31BC851A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6F27A2C1" w14:textId="77777777" w:rsidTr="00660B8E">
        <w:trPr>
          <w:trHeight w:val="442"/>
          <w:jc w:val="center"/>
        </w:trPr>
        <w:tc>
          <w:tcPr>
            <w:tcW w:w="2875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60D6C80C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Payment Proof Attached</w:t>
            </w:r>
          </w:p>
        </w:tc>
        <w:tc>
          <w:tcPr>
            <w:tcW w:w="7017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2AC553AB" w14:textId="77777777" w:rsidR="00D17971" w:rsidRDefault="009B467E">
            <w:pPr>
              <w:spacing w:after="0" w:line="240" w:lineRule="auto"/>
            </w:pPr>
            <w:proofErr w:type="gramStart"/>
            <w:r>
              <w:rPr>
                <w:sz w:val="18"/>
              </w:rPr>
              <w:t>[  ]</w:t>
            </w:r>
            <w:proofErr w:type="gramEnd"/>
            <w:r>
              <w:rPr>
                <w:sz w:val="18"/>
              </w:rPr>
              <w:t xml:space="preserve"> Yes     [  ] No</w:t>
            </w:r>
          </w:p>
        </w:tc>
      </w:tr>
      <w:tr w:rsidR="00D17971" w14:paraId="7FDB00E6" w14:textId="77777777" w:rsidTr="00660B8E">
        <w:trPr>
          <w:trHeight w:val="189"/>
          <w:jc w:val="center"/>
        </w:trPr>
        <w:tc>
          <w:tcPr>
            <w:tcW w:w="9892" w:type="dxa"/>
            <w:gridSpan w:val="2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731821F1" w14:textId="77777777" w:rsidR="00D17971" w:rsidRDefault="009B467E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F. DECLARATION</w:t>
            </w:r>
          </w:p>
        </w:tc>
      </w:tr>
    </w:tbl>
    <w:p w14:paraId="0FBE7C8E" w14:textId="77777777" w:rsidR="00D17971" w:rsidRDefault="009B467E" w:rsidP="00F713D2">
      <w:pPr>
        <w:spacing w:before="60" w:after="80" w:line="252" w:lineRule="auto"/>
        <w:ind w:left="450" w:right="425"/>
      </w:pPr>
      <w:r>
        <w:rPr>
          <w:sz w:val="18"/>
        </w:rPr>
        <w:t>I hereby confirm that the information provided above is true and correct. I agree to follow the rules, schedule and instructions issued by the organizing committee of the Symposium. I understand that registration will be confirmed only after verification of the registration form and payment transaction details.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30"/>
        <w:gridCol w:w="4841"/>
      </w:tblGrid>
      <w:tr w:rsidR="00D17971" w14:paraId="00B59943" w14:textId="77777777" w:rsidTr="003E109E">
        <w:trPr>
          <w:trHeight w:val="564"/>
          <w:jc w:val="center"/>
        </w:trPr>
        <w:tc>
          <w:tcPr>
            <w:tcW w:w="503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D16F3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Place:</w:t>
            </w:r>
          </w:p>
        </w:tc>
        <w:tc>
          <w:tcPr>
            <w:tcW w:w="484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62712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Date:</w:t>
            </w:r>
          </w:p>
        </w:tc>
      </w:tr>
      <w:tr w:rsidR="00D17971" w14:paraId="541AB272" w14:textId="77777777" w:rsidTr="003E109E">
        <w:trPr>
          <w:trHeight w:val="564"/>
          <w:jc w:val="center"/>
        </w:trPr>
        <w:tc>
          <w:tcPr>
            <w:tcW w:w="503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549E6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Signature of Participant:</w:t>
            </w:r>
          </w:p>
        </w:tc>
        <w:tc>
          <w:tcPr>
            <w:tcW w:w="4840" w:type="dxa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0DCFE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Name:</w:t>
            </w:r>
          </w:p>
        </w:tc>
      </w:tr>
      <w:tr w:rsidR="00D17971" w14:paraId="74B02EAF" w14:textId="77777777" w:rsidTr="003E109E">
        <w:trPr>
          <w:trHeight w:val="187"/>
          <w:jc w:val="center"/>
        </w:trPr>
        <w:tc>
          <w:tcPr>
            <w:tcW w:w="9871" w:type="dxa"/>
            <w:gridSpan w:val="2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F3CA5C5" w14:textId="77777777" w:rsidR="00D17971" w:rsidRDefault="009B467E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G. SUBMISSION DETAILS</w:t>
            </w:r>
          </w:p>
        </w:tc>
      </w:tr>
    </w:tbl>
    <w:p w14:paraId="25FBF1A7" w14:textId="77777777" w:rsidR="00D17971" w:rsidRDefault="009B467E" w:rsidP="00F713D2">
      <w:pPr>
        <w:spacing w:before="60" w:after="40" w:line="240" w:lineRule="auto"/>
        <w:ind w:left="360" w:right="335"/>
      </w:pPr>
      <w:r>
        <w:rPr>
          <w:b/>
          <w:sz w:val="18"/>
        </w:rPr>
        <w:t xml:space="preserve">Submit the filled-in registration form along with payment transaction details/proof to: </w:t>
      </w:r>
      <w:r>
        <w:rPr>
          <w:b/>
          <w:color w:val="1F4E79"/>
          <w:sz w:val="18"/>
          <w:u w:val="single"/>
        </w:rPr>
        <w:t>asihqrdiat@gmail.com or sunil.nimje@diat.ac.in</w:t>
      </w:r>
    </w:p>
    <w:p w14:paraId="4D7253BB" w14:textId="77777777" w:rsidR="00D17971" w:rsidRDefault="009B467E" w:rsidP="00F713D2">
      <w:pPr>
        <w:spacing w:after="40" w:line="240" w:lineRule="auto"/>
        <w:ind w:left="360" w:right="335"/>
      </w:pPr>
      <w:r>
        <w:rPr>
          <w:i/>
          <w:sz w:val="17"/>
        </w:rPr>
        <w:t>Important dates: Abstract submission - 30 August 2026; Abstract acceptance - 10 September 2026; Last date of registration with payment - 25 September 2026.</w:t>
      </w:r>
    </w:p>
    <w:p w14:paraId="36031263" w14:textId="0552B07A" w:rsidR="00D17971" w:rsidRDefault="009B467E" w:rsidP="00F713D2">
      <w:pPr>
        <w:spacing w:after="80" w:line="240" w:lineRule="auto"/>
        <w:ind w:left="360" w:right="335"/>
      </w:pPr>
      <w:r>
        <w:rPr>
          <w:sz w:val="17"/>
        </w:rPr>
        <w:t xml:space="preserve">Contact: Dr. Sunil </w:t>
      </w:r>
      <w:proofErr w:type="spellStart"/>
      <w:r>
        <w:rPr>
          <w:sz w:val="17"/>
        </w:rPr>
        <w:t>Nimje</w:t>
      </w:r>
      <w:proofErr w:type="spellEnd"/>
      <w:r>
        <w:rPr>
          <w:sz w:val="17"/>
        </w:rPr>
        <w:t xml:space="preserve">, </w:t>
      </w:r>
      <w:r w:rsidR="005B2947">
        <w:rPr>
          <w:sz w:val="17"/>
        </w:rPr>
        <w:t>Secretary, ASI</w:t>
      </w:r>
      <w:r>
        <w:rPr>
          <w:sz w:val="17"/>
        </w:rPr>
        <w:t xml:space="preserve">, Department of Mechanical Engineering, DIAT (DU), </w:t>
      </w:r>
      <w:proofErr w:type="spellStart"/>
      <w:r>
        <w:rPr>
          <w:sz w:val="17"/>
        </w:rPr>
        <w:t>Girinagar</w:t>
      </w:r>
      <w:proofErr w:type="spellEnd"/>
      <w:r>
        <w:rPr>
          <w:sz w:val="17"/>
        </w:rPr>
        <w:t>, Pune-411025 | Contact No.: 020-24604546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2"/>
        <w:gridCol w:w="630"/>
        <w:gridCol w:w="1594"/>
        <w:gridCol w:w="2410"/>
        <w:gridCol w:w="2935"/>
      </w:tblGrid>
      <w:tr w:rsidR="00D17971" w14:paraId="2A912964" w14:textId="77777777" w:rsidTr="003E109E">
        <w:trPr>
          <w:trHeight w:val="194"/>
          <w:jc w:val="center"/>
        </w:trPr>
        <w:tc>
          <w:tcPr>
            <w:tcW w:w="9881" w:type="dxa"/>
            <w:gridSpan w:val="5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EE5378F" w14:textId="77777777" w:rsidR="00D17971" w:rsidRDefault="009B467E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H. FOR OFFICE USE ONLY</w:t>
            </w:r>
          </w:p>
        </w:tc>
      </w:tr>
      <w:tr w:rsidR="00D17971" w14:paraId="4DA124CF" w14:textId="77777777" w:rsidTr="003E109E">
        <w:trPr>
          <w:trHeight w:val="489"/>
          <w:jc w:val="center"/>
        </w:trPr>
        <w:tc>
          <w:tcPr>
            <w:tcW w:w="2942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1DED9CE6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Form Checked By</w:t>
            </w:r>
          </w:p>
        </w:tc>
        <w:tc>
          <w:tcPr>
            <w:tcW w:w="6939" w:type="dxa"/>
            <w:gridSpan w:val="3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3FA8E68A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08BE399D" w14:textId="77777777" w:rsidTr="003E109E">
        <w:trPr>
          <w:trHeight w:val="489"/>
          <w:jc w:val="center"/>
        </w:trPr>
        <w:tc>
          <w:tcPr>
            <w:tcW w:w="2942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3A0DE986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Payment Verified By</w:t>
            </w:r>
          </w:p>
        </w:tc>
        <w:tc>
          <w:tcPr>
            <w:tcW w:w="6939" w:type="dxa"/>
            <w:gridSpan w:val="3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42C488BB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D17971" w14:paraId="2AD21C25" w14:textId="77777777" w:rsidTr="003E109E">
        <w:trPr>
          <w:trHeight w:val="489"/>
          <w:jc w:val="center"/>
        </w:trPr>
        <w:tc>
          <w:tcPr>
            <w:tcW w:w="2942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04B5010C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Registration Confirmed</w:t>
            </w:r>
          </w:p>
        </w:tc>
        <w:tc>
          <w:tcPr>
            <w:tcW w:w="6939" w:type="dxa"/>
            <w:gridSpan w:val="3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2EF5E800" w14:textId="77777777" w:rsidR="00D17971" w:rsidRDefault="009B467E">
            <w:pPr>
              <w:spacing w:after="0" w:line="240" w:lineRule="auto"/>
            </w:pPr>
            <w:proofErr w:type="gramStart"/>
            <w:r>
              <w:rPr>
                <w:sz w:val="18"/>
              </w:rPr>
              <w:t>[  ]</w:t>
            </w:r>
            <w:proofErr w:type="gramEnd"/>
            <w:r>
              <w:rPr>
                <w:sz w:val="18"/>
              </w:rPr>
              <w:t xml:space="preserve"> Yes     [  ] No        Confirmation Email Sent: [  ] Yes     [  ] No</w:t>
            </w:r>
          </w:p>
        </w:tc>
      </w:tr>
      <w:tr w:rsidR="00D17971" w14:paraId="54450D63" w14:textId="77777777" w:rsidTr="003E109E">
        <w:trPr>
          <w:trHeight w:val="703"/>
          <w:jc w:val="center"/>
        </w:trPr>
        <w:tc>
          <w:tcPr>
            <w:tcW w:w="2942" w:type="dxa"/>
            <w:gridSpan w:val="2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shd w:val="clear" w:color="auto" w:fill="EAF2F8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598E909B" w14:textId="77777777" w:rsidR="00D17971" w:rsidRDefault="009B467E">
            <w:pPr>
              <w:spacing w:after="0" w:line="240" w:lineRule="auto"/>
            </w:pPr>
            <w:r>
              <w:rPr>
                <w:b/>
                <w:sz w:val="18"/>
              </w:rPr>
              <w:t>Remarks</w:t>
            </w:r>
          </w:p>
        </w:tc>
        <w:tc>
          <w:tcPr>
            <w:tcW w:w="6939" w:type="dxa"/>
            <w:gridSpan w:val="3"/>
            <w:tcBorders>
              <w:top w:val="single" w:sz="6" w:space="0" w:color="8C8C8C"/>
              <w:left w:val="single" w:sz="6" w:space="0" w:color="8C8C8C"/>
              <w:bottom w:val="single" w:sz="6" w:space="0" w:color="8C8C8C"/>
              <w:right w:val="single" w:sz="6" w:space="0" w:color="8C8C8C"/>
            </w:tcBorders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14:paraId="4D4E69FE" w14:textId="77777777" w:rsidR="00D17971" w:rsidRDefault="009B467E">
            <w:pPr>
              <w:spacing w:after="0" w:line="240" w:lineRule="auto"/>
            </w:pPr>
            <w:r>
              <w:rPr>
                <w:sz w:val="18"/>
              </w:rPr>
              <w:t xml:space="preserve"> </w:t>
            </w:r>
          </w:p>
        </w:tc>
      </w:tr>
      <w:tr w:rsidR="00660B8E" w14:paraId="23D245D1" w14:textId="77777777" w:rsidTr="003E109E">
        <w:trPr>
          <w:trHeight w:val="142"/>
          <w:jc w:val="center"/>
        </w:trPr>
        <w:tc>
          <w:tcPr>
            <w:tcW w:w="2312" w:type="dxa"/>
            <w:tcBorders>
              <w:top w:val="single" w:sz="5" w:space="0" w:color="9E9E9E"/>
              <w:left w:val="single" w:sz="5" w:space="0" w:color="9E9E9E"/>
              <w:bottom w:val="single" w:sz="5" w:space="0" w:color="9E9E9E"/>
              <w:right w:val="single" w:sz="5" w:space="0" w:color="9E9E9E"/>
            </w:tcBorders>
            <w:shd w:val="clear" w:color="auto" w:fill="F2F2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86A2754" w14:textId="77777777" w:rsidR="00660B8E" w:rsidRDefault="00660B8E" w:rsidP="003E0540">
            <w:pPr>
              <w:spacing w:after="0" w:line="240" w:lineRule="auto"/>
            </w:pPr>
            <w:r>
              <w:rPr>
                <w:b/>
                <w:sz w:val="16"/>
              </w:rPr>
              <w:t>Registration No.</w:t>
            </w:r>
          </w:p>
        </w:tc>
        <w:tc>
          <w:tcPr>
            <w:tcW w:w="2224" w:type="dxa"/>
            <w:gridSpan w:val="2"/>
            <w:tcBorders>
              <w:top w:val="single" w:sz="5" w:space="0" w:color="9E9E9E"/>
              <w:left w:val="single" w:sz="5" w:space="0" w:color="9E9E9E"/>
              <w:bottom w:val="single" w:sz="5" w:space="0" w:color="9E9E9E"/>
              <w:right w:val="single" w:sz="5" w:space="0" w:color="9E9E9E"/>
            </w:tcBorders>
            <w:shd w:val="clear" w:color="auto" w:fill="F2F2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B73C251" w14:textId="77777777" w:rsidR="00660B8E" w:rsidRDefault="00660B8E" w:rsidP="003E0540">
            <w:pPr>
              <w:spacing w:after="0" w:line="240" w:lineRule="auto"/>
            </w:pPr>
            <w:r>
              <w:rPr>
                <w:b/>
                <w:sz w:val="16"/>
              </w:rPr>
              <w:t>Date Received</w:t>
            </w:r>
          </w:p>
        </w:tc>
        <w:tc>
          <w:tcPr>
            <w:tcW w:w="2410" w:type="dxa"/>
            <w:tcBorders>
              <w:top w:val="single" w:sz="5" w:space="0" w:color="9E9E9E"/>
              <w:left w:val="single" w:sz="5" w:space="0" w:color="9E9E9E"/>
              <w:bottom w:val="single" w:sz="5" w:space="0" w:color="9E9E9E"/>
              <w:right w:val="single" w:sz="5" w:space="0" w:color="9E9E9E"/>
            </w:tcBorders>
            <w:shd w:val="clear" w:color="auto" w:fill="F2F2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2F2807B" w14:textId="77777777" w:rsidR="00660B8E" w:rsidRDefault="00660B8E" w:rsidP="003E0540">
            <w:pPr>
              <w:spacing w:after="0" w:line="240" w:lineRule="auto"/>
            </w:pPr>
            <w:r>
              <w:rPr>
                <w:b/>
                <w:sz w:val="16"/>
              </w:rPr>
              <w:t>Participant Category</w:t>
            </w:r>
          </w:p>
        </w:tc>
        <w:tc>
          <w:tcPr>
            <w:tcW w:w="2934" w:type="dxa"/>
            <w:tcBorders>
              <w:top w:val="single" w:sz="5" w:space="0" w:color="9E9E9E"/>
              <w:left w:val="single" w:sz="5" w:space="0" w:color="9E9E9E"/>
              <w:bottom w:val="single" w:sz="5" w:space="0" w:color="9E9E9E"/>
              <w:right w:val="single" w:sz="5" w:space="0" w:color="9E9E9E"/>
            </w:tcBorders>
            <w:shd w:val="clear" w:color="auto" w:fill="F2F2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C37CD78" w14:textId="77777777" w:rsidR="00660B8E" w:rsidRDefault="00660B8E" w:rsidP="003E0540">
            <w:pPr>
              <w:spacing w:after="0" w:line="240" w:lineRule="auto"/>
            </w:pPr>
            <w:r>
              <w:rPr>
                <w:b/>
                <w:sz w:val="16"/>
              </w:rPr>
              <w:t>Payment Verified</w:t>
            </w:r>
          </w:p>
        </w:tc>
      </w:tr>
      <w:tr w:rsidR="00660B8E" w14:paraId="712A0786" w14:textId="77777777" w:rsidTr="003E109E">
        <w:trPr>
          <w:trHeight w:val="180"/>
          <w:jc w:val="center"/>
        </w:trPr>
        <w:tc>
          <w:tcPr>
            <w:tcW w:w="2312" w:type="dxa"/>
            <w:tcBorders>
              <w:top w:val="single" w:sz="5" w:space="0" w:color="9E9E9E"/>
              <w:left w:val="single" w:sz="5" w:space="0" w:color="9E9E9E"/>
              <w:bottom w:val="single" w:sz="5" w:space="0" w:color="9E9E9E"/>
              <w:right w:val="single" w:sz="5" w:space="0" w:color="9E9E9E"/>
            </w:tcBorders>
            <w:tcMar>
              <w:top w:w="130" w:type="dxa"/>
              <w:left w:w="80" w:type="dxa"/>
              <w:bottom w:w="130" w:type="dxa"/>
              <w:right w:w="80" w:type="dxa"/>
            </w:tcMar>
            <w:vAlign w:val="center"/>
          </w:tcPr>
          <w:p w14:paraId="54CD38DE" w14:textId="77777777" w:rsidR="00660B8E" w:rsidRDefault="00660B8E" w:rsidP="003E0540">
            <w:pPr>
              <w:spacing w:after="0" w:line="240" w:lineRule="auto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5" w:space="0" w:color="9E9E9E"/>
              <w:left w:val="single" w:sz="5" w:space="0" w:color="9E9E9E"/>
              <w:bottom w:val="single" w:sz="5" w:space="0" w:color="9E9E9E"/>
              <w:right w:val="single" w:sz="5" w:space="0" w:color="9E9E9E"/>
            </w:tcBorders>
            <w:tcMar>
              <w:top w:w="130" w:type="dxa"/>
              <w:left w:w="80" w:type="dxa"/>
              <w:bottom w:w="130" w:type="dxa"/>
              <w:right w:w="80" w:type="dxa"/>
            </w:tcMar>
            <w:vAlign w:val="center"/>
          </w:tcPr>
          <w:p w14:paraId="600B8399" w14:textId="77777777" w:rsidR="00660B8E" w:rsidRDefault="00660B8E" w:rsidP="003E0540">
            <w:pPr>
              <w:spacing w:after="0" w:line="240" w:lineRule="auto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2410" w:type="dxa"/>
            <w:tcBorders>
              <w:top w:val="single" w:sz="5" w:space="0" w:color="9E9E9E"/>
              <w:left w:val="single" w:sz="5" w:space="0" w:color="9E9E9E"/>
              <w:bottom w:val="single" w:sz="5" w:space="0" w:color="9E9E9E"/>
              <w:right w:val="single" w:sz="5" w:space="0" w:color="9E9E9E"/>
            </w:tcBorders>
            <w:tcMar>
              <w:top w:w="130" w:type="dxa"/>
              <w:left w:w="80" w:type="dxa"/>
              <w:bottom w:w="130" w:type="dxa"/>
              <w:right w:w="80" w:type="dxa"/>
            </w:tcMar>
            <w:vAlign w:val="center"/>
          </w:tcPr>
          <w:p w14:paraId="34C47473" w14:textId="77777777" w:rsidR="00660B8E" w:rsidRDefault="00660B8E" w:rsidP="003E0540">
            <w:pPr>
              <w:spacing w:after="0" w:line="240" w:lineRule="auto"/>
            </w:pPr>
            <w:r>
              <w:rPr>
                <w:sz w:val="17"/>
              </w:rPr>
              <w:t xml:space="preserve"> </w:t>
            </w:r>
          </w:p>
        </w:tc>
        <w:tc>
          <w:tcPr>
            <w:tcW w:w="2934" w:type="dxa"/>
            <w:tcBorders>
              <w:top w:val="single" w:sz="5" w:space="0" w:color="9E9E9E"/>
              <w:left w:val="single" w:sz="5" w:space="0" w:color="9E9E9E"/>
              <w:bottom w:val="single" w:sz="5" w:space="0" w:color="9E9E9E"/>
              <w:right w:val="single" w:sz="5" w:space="0" w:color="9E9E9E"/>
            </w:tcBorders>
            <w:tcMar>
              <w:top w:w="130" w:type="dxa"/>
              <w:left w:w="80" w:type="dxa"/>
              <w:bottom w:w="130" w:type="dxa"/>
              <w:right w:w="80" w:type="dxa"/>
            </w:tcMar>
            <w:vAlign w:val="center"/>
          </w:tcPr>
          <w:p w14:paraId="6FB440E2" w14:textId="77777777" w:rsidR="00660B8E" w:rsidRDefault="00660B8E" w:rsidP="00660B8E">
            <w:pPr>
              <w:spacing w:after="0" w:line="240" w:lineRule="auto"/>
              <w:ind w:right="-777"/>
            </w:pPr>
            <w:r>
              <w:rPr>
                <w:sz w:val="17"/>
              </w:rPr>
              <w:t xml:space="preserve"> </w:t>
            </w:r>
          </w:p>
        </w:tc>
      </w:tr>
    </w:tbl>
    <w:p w14:paraId="781F802E" w14:textId="05FE4E24" w:rsidR="009B467E" w:rsidRDefault="009B467E"/>
    <w:p w14:paraId="080876E0" w14:textId="47C520E7" w:rsidR="002835FE" w:rsidRPr="002835FE" w:rsidRDefault="002835FE" w:rsidP="002835FE"/>
    <w:p w14:paraId="708C1A3A" w14:textId="49D71AE1" w:rsidR="002835FE" w:rsidRPr="002835FE" w:rsidRDefault="002835FE" w:rsidP="002835FE"/>
    <w:p w14:paraId="5C2F14A9" w14:textId="153878F4" w:rsidR="002835FE" w:rsidRPr="002835FE" w:rsidRDefault="002835FE" w:rsidP="002835FE"/>
    <w:p w14:paraId="3284EF26" w14:textId="30D75BB9" w:rsidR="002835FE" w:rsidRPr="002835FE" w:rsidRDefault="002835FE" w:rsidP="002835FE"/>
    <w:p w14:paraId="50E696A8" w14:textId="6F7F7B02" w:rsidR="002835FE" w:rsidRPr="002835FE" w:rsidRDefault="002835FE" w:rsidP="002835FE">
      <w:pPr>
        <w:tabs>
          <w:tab w:val="left" w:pos="3730"/>
        </w:tabs>
      </w:pPr>
      <w:r>
        <w:tab/>
      </w:r>
    </w:p>
    <w:sectPr w:rsidR="002835FE" w:rsidRPr="002835FE" w:rsidSect="002835FE">
      <w:footerReference w:type="default" r:id="rId10"/>
      <w:footerReference w:type="first" r:id="rId11"/>
      <w:pgSz w:w="11909" w:h="16834"/>
      <w:pgMar w:top="691" w:right="792" w:bottom="691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1BFDA" w14:textId="77777777" w:rsidR="00546F8F" w:rsidRDefault="00546F8F">
      <w:pPr>
        <w:spacing w:after="0" w:line="240" w:lineRule="auto"/>
      </w:pPr>
      <w:r>
        <w:separator/>
      </w:r>
    </w:p>
  </w:endnote>
  <w:endnote w:type="continuationSeparator" w:id="0">
    <w:p w14:paraId="76A5050B" w14:textId="77777777" w:rsidR="00546F8F" w:rsidRDefault="00546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1C608" w14:textId="71FF78E9" w:rsidR="002835FE" w:rsidRDefault="00DD7605" w:rsidP="00DD7605">
    <w:pPr>
      <w:pStyle w:val="NoSpacing"/>
      <w:rPr>
        <w:color w:val="0F243E" w:themeColor="text2" w:themeShade="80"/>
      </w:rPr>
    </w:pPr>
    <w:r>
      <w:rPr>
        <w:rStyle w:val="QuoteChar"/>
      </w:rPr>
      <w:t xml:space="preserve">                                                              </w:t>
    </w:r>
    <w:r w:rsidRPr="00DD7605">
      <w:rPr>
        <w:rStyle w:val="QuoteChar"/>
      </w:rPr>
      <w:t>Symposium-Registration Fo</w:t>
    </w:r>
    <w:r>
      <w:rPr>
        <w:rStyle w:val="QuoteChar"/>
      </w:rPr>
      <w:t xml:space="preserve">rm              </w:t>
    </w:r>
    <w:r w:rsidRPr="00DD7605">
      <w:rPr>
        <w:rStyle w:val="QuoteChar"/>
      </w:rPr>
      <w:t xml:space="preserve"> </w:t>
    </w:r>
    <w:r>
      <w:rPr>
        <w:rStyle w:val="QuoteChar"/>
      </w:rPr>
      <w:t xml:space="preserve">                                                         </w:t>
    </w:r>
    <w:r w:rsidR="002835FE" w:rsidRPr="00DD7605">
      <w:rPr>
        <w:rStyle w:val="QuoteChar"/>
      </w:rPr>
      <w:t>Page</w:t>
    </w:r>
    <w:r w:rsidR="002835FE" w:rsidRPr="00DD7605">
      <w:t xml:space="preserve"> </w:t>
    </w:r>
    <w:r w:rsidR="002835FE" w:rsidRPr="00DD7605">
      <w:rPr>
        <w:rFonts w:ascii="Times New Roman" w:hAnsi="Times New Roman" w:cs="Times New Roman"/>
        <w:color w:val="17365D" w:themeColor="text2" w:themeShade="BF"/>
      </w:rPr>
      <w:fldChar w:fldCharType="begin"/>
    </w:r>
    <w:r w:rsidR="002835FE" w:rsidRPr="00DD7605">
      <w:rPr>
        <w:rFonts w:ascii="Times New Roman" w:hAnsi="Times New Roman" w:cs="Times New Roman"/>
        <w:color w:val="17365D" w:themeColor="text2" w:themeShade="BF"/>
      </w:rPr>
      <w:instrText xml:space="preserve"> PAGE   \* MERGEFORMAT </w:instrText>
    </w:r>
    <w:r w:rsidR="002835FE" w:rsidRPr="00DD7605">
      <w:rPr>
        <w:rFonts w:ascii="Times New Roman" w:hAnsi="Times New Roman" w:cs="Times New Roman"/>
        <w:color w:val="17365D" w:themeColor="text2" w:themeShade="BF"/>
      </w:rPr>
      <w:fldChar w:fldCharType="separate"/>
    </w:r>
    <w:r w:rsidR="002835FE" w:rsidRPr="00DD7605">
      <w:rPr>
        <w:rFonts w:ascii="Times New Roman" w:hAnsi="Times New Roman" w:cs="Times New Roman"/>
        <w:noProof/>
        <w:color w:val="17365D" w:themeColor="text2" w:themeShade="BF"/>
      </w:rPr>
      <w:t>1</w:t>
    </w:r>
    <w:r w:rsidR="002835FE" w:rsidRPr="00DD7605">
      <w:rPr>
        <w:rFonts w:ascii="Times New Roman" w:hAnsi="Times New Roman" w:cs="Times New Roman"/>
        <w:color w:val="17365D" w:themeColor="text2" w:themeShade="BF"/>
      </w:rPr>
      <w:fldChar w:fldCharType="end"/>
    </w:r>
    <w:r w:rsidR="002835FE" w:rsidRPr="00DD7605">
      <w:rPr>
        <w:rFonts w:ascii="Times New Roman" w:hAnsi="Times New Roman" w:cs="Times New Roman"/>
        <w:color w:val="17365D" w:themeColor="text2" w:themeShade="BF"/>
      </w:rPr>
      <w:t xml:space="preserve"> | </w:t>
    </w:r>
    <w:r w:rsidR="002835FE" w:rsidRPr="00DD7605">
      <w:rPr>
        <w:rFonts w:ascii="Times New Roman" w:hAnsi="Times New Roman" w:cs="Times New Roman"/>
        <w:color w:val="17365D" w:themeColor="text2" w:themeShade="BF"/>
      </w:rPr>
      <w:fldChar w:fldCharType="begin"/>
    </w:r>
    <w:r w:rsidR="002835FE" w:rsidRPr="00DD7605">
      <w:rPr>
        <w:rFonts w:ascii="Times New Roman" w:hAnsi="Times New Roman" w:cs="Times New Roman"/>
        <w:color w:val="17365D" w:themeColor="text2" w:themeShade="BF"/>
      </w:rPr>
      <w:instrText xml:space="preserve"> NUMPAGES  \* Arabic  \* MERGEFORMAT </w:instrText>
    </w:r>
    <w:r w:rsidR="002835FE" w:rsidRPr="00DD7605">
      <w:rPr>
        <w:rFonts w:ascii="Times New Roman" w:hAnsi="Times New Roman" w:cs="Times New Roman"/>
        <w:color w:val="17365D" w:themeColor="text2" w:themeShade="BF"/>
      </w:rPr>
      <w:fldChar w:fldCharType="separate"/>
    </w:r>
    <w:r w:rsidR="002835FE" w:rsidRPr="00DD7605">
      <w:rPr>
        <w:rFonts w:ascii="Times New Roman" w:hAnsi="Times New Roman" w:cs="Times New Roman"/>
        <w:noProof/>
        <w:color w:val="17365D" w:themeColor="text2" w:themeShade="BF"/>
      </w:rPr>
      <w:t>1</w:t>
    </w:r>
    <w:r w:rsidR="002835FE" w:rsidRPr="00DD7605">
      <w:rPr>
        <w:rFonts w:ascii="Times New Roman" w:hAnsi="Times New Roman" w:cs="Times New Roman"/>
        <w:color w:val="17365D" w:themeColor="text2" w:themeShade="BF"/>
      </w:rPr>
      <w:fldChar w:fldCharType="end"/>
    </w:r>
  </w:p>
  <w:p w14:paraId="4E3FD39A" w14:textId="77777777" w:rsidR="002835FE" w:rsidRDefault="00283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059EA" w14:textId="77777777" w:rsidR="002835FE" w:rsidRDefault="002835FE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25A719AA" w14:textId="77777777" w:rsidR="002835FE" w:rsidRDefault="00283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CA1A" w14:textId="77777777" w:rsidR="00546F8F" w:rsidRDefault="00546F8F">
      <w:pPr>
        <w:spacing w:after="0" w:line="240" w:lineRule="auto"/>
      </w:pPr>
      <w:r>
        <w:separator/>
      </w:r>
    </w:p>
  </w:footnote>
  <w:footnote w:type="continuationSeparator" w:id="0">
    <w:p w14:paraId="6314DA17" w14:textId="77777777" w:rsidR="00546F8F" w:rsidRDefault="00546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35FE"/>
    <w:rsid w:val="0029639D"/>
    <w:rsid w:val="00326F90"/>
    <w:rsid w:val="003E109E"/>
    <w:rsid w:val="00401218"/>
    <w:rsid w:val="00546F8F"/>
    <w:rsid w:val="005637B7"/>
    <w:rsid w:val="005B2947"/>
    <w:rsid w:val="00660B8E"/>
    <w:rsid w:val="00757626"/>
    <w:rsid w:val="007973BD"/>
    <w:rsid w:val="00895C1F"/>
    <w:rsid w:val="009B467E"/>
    <w:rsid w:val="00A12214"/>
    <w:rsid w:val="00A564D4"/>
    <w:rsid w:val="00AA1D8D"/>
    <w:rsid w:val="00B13CA5"/>
    <w:rsid w:val="00B47730"/>
    <w:rsid w:val="00BE656B"/>
    <w:rsid w:val="00C51C38"/>
    <w:rsid w:val="00C86368"/>
    <w:rsid w:val="00CB0664"/>
    <w:rsid w:val="00D07E48"/>
    <w:rsid w:val="00D17971"/>
    <w:rsid w:val="00DC184B"/>
    <w:rsid w:val="00DD7605"/>
    <w:rsid w:val="00E541F1"/>
    <w:rsid w:val="00F31445"/>
    <w:rsid w:val="00F713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F3A546"/>
  <w14:defaultImageDpi w14:val="300"/>
  <w15:docId w15:val="{38D054E8-EA27-4E33-8E9E-A288BF40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B8E"/>
    <w:rPr>
      <w:rFonts w:ascii="Arial" w:eastAsia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cp:lastPrinted>2026-08-04T07:00:00Z</cp:lastPrinted>
  <dcterms:created xsi:type="dcterms:W3CDTF">2026-06-04T11:46:00Z</dcterms:created>
  <dcterms:modified xsi:type="dcterms:W3CDTF">2026-08-04T07:00:00Z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f430325b-1985-4e1e-9541-2fdfdd4bc051</vt:lpwstr>
  </property>
</Properties>
</file>